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7A5" w:rsidRPr="00FA4574" w:rsidRDefault="00265122" w:rsidP="00FA4574">
      <w:pPr>
        <w:spacing w:after="0"/>
        <w:rPr>
          <w:rFonts w:asciiTheme="majorHAnsi" w:hAnsiTheme="majorHAnsi" w:cstheme="majorHAnsi"/>
          <w:sz w:val="40"/>
          <w:szCs w:val="40"/>
        </w:rPr>
      </w:pPr>
      <w:r w:rsidRPr="00FA4574">
        <w:rPr>
          <w:rFonts w:asciiTheme="majorHAnsi" w:hAnsiTheme="majorHAnsi" w:cstheme="majorHAnsi"/>
          <w:noProof/>
          <w:sz w:val="40"/>
          <w:szCs w:val="40"/>
        </w:rPr>
        <w:drawing>
          <wp:anchor distT="0" distB="0" distL="114300" distR="114300" simplePos="0" relativeHeight="251658240" behindDoc="0" locked="0" layoutInCell="1" allowOverlap="1">
            <wp:simplePos x="0" y="0"/>
            <wp:positionH relativeFrom="column">
              <wp:posOffset>-1172719</wp:posOffset>
            </wp:positionH>
            <wp:positionV relativeFrom="paragraph">
              <wp:posOffset>311404</wp:posOffset>
            </wp:positionV>
            <wp:extent cx="7784683" cy="707136"/>
            <wp:effectExtent l="19050" t="0" r="6767" b="0"/>
            <wp:wrapNone/>
            <wp:docPr id="3" name="Picture 1" descr="C:\Users\user\Downloads\2025-07-09_104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5-07-09_104555.jpg"/>
                    <pic:cNvPicPr>
                      <a:picLocks noChangeAspect="1" noChangeArrowheads="1"/>
                    </pic:cNvPicPr>
                  </pic:nvPicPr>
                  <pic:blipFill>
                    <a:blip r:embed="rId8"/>
                    <a:srcRect/>
                    <a:stretch>
                      <a:fillRect/>
                    </a:stretch>
                  </pic:blipFill>
                  <pic:spPr bwMode="auto">
                    <a:xfrm>
                      <a:off x="0" y="0"/>
                      <a:ext cx="7784683" cy="707136"/>
                    </a:xfrm>
                    <a:prstGeom prst="rect">
                      <a:avLst/>
                    </a:prstGeom>
                    <a:noFill/>
                    <a:ln w="9525">
                      <a:noFill/>
                      <a:miter lim="800000"/>
                      <a:headEnd/>
                      <a:tailEnd/>
                    </a:ln>
                  </pic:spPr>
                </pic:pic>
              </a:graphicData>
            </a:graphic>
          </wp:anchor>
        </w:drawing>
      </w:r>
      <w:r w:rsidR="004D37A5" w:rsidRPr="00FA4574">
        <w:rPr>
          <w:rFonts w:asciiTheme="majorHAnsi" w:hAnsiTheme="majorHAnsi" w:cstheme="majorHAnsi"/>
          <w:sz w:val="40"/>
          <w:szCs w:val="40"/>
        </w:rPr>
        <w:t>Authorization Letter Example</w:t>
      </w:r>
    </w:p>
    <w:p w:rsidR="00265122" w:rsidRPr="00FA4574" w:rsidRDefault="00265122" w:rsidP="00FA4574">
      <w:pPr>
        <w:spacing w:after="0"/>
        <w:rPr>
          <w:rFonts w:asciiTheme="majorHAnsi" w:hAnsiTheme="majorHAnsi" w:cstheme="majorHAnsi"/>
          <w:sz w:val="40"/>
          <w:szCs w:val="40"/>
        </w:rPr>
      </w:pPr>
    </w:p>
    <w:p w:rsidR="00265122" w:rsidRPr="00FA4574" w:rsidRDefault="00265122" w:rsidP="00FA4574">
      <w:pPr>
        <w:spacing w:after="0"/>
        <w:rPr>
          <w:rFonts w:asciiTheme="majorHAnsi" w:hAnsiTheme="majorHAnsi" w:cstheme="majorHAnsi"/>
          <w:sz w:val="40"/>
          <w:szCs w:val="40"/>
        </w:rPr>
      </w:pP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b/>
          <w:sz w:val="24"/>
        </w:rPr>
        <w:t>John Doe</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123 Main Street</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Springfield, IL 62704</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Phone: (555) 123-4567</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Email: johndoe@example.com</w:t>
      </w:r>
    </w:p>
    <w:p w:rsidR="001442BB" w:rsidRPr="00FA4574" w:rsidRDefault="001442BB" w:rsidP="00FA4574">
      <w:pPr>
        <w:spacing w:after="0"/>
        <w:rPr>
          <w:rFonts w:asciiTheme="majorHAnsi" w:hAnsiTheme="majorHAnsi" w:cstheme="majorHAnsi"/>
        </w:rPr>
      </w:pP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July 09, 2025</w:t>
      </w:r>
    </w:p>
    <w:p w:rsidR="001442BB" w:rsidRPr="00FA4574" w:rsidRDefault="001442BB" w:rsidP="00FA4574">
      <w:pPr>
        <w:spacing w:after="0"/>
        <w:rPr>
          <w:rFonts w:asciiTheme="majorHAnsi" w:hAnsiTheme="majorHAnsi" w:cstheme="majorHAnsi"/>
        </w:rPr>
      </w:pP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b/>
          <w:sz w:val="24"/>
        </w:rPr>
        <w:t>To: Jane Smith</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456 Oak Avenue</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Springfield, IL 62705</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Phone: (555) 987-6543</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Email: janesmith@example.com</w:t>
      </w:r>
    </w:p>
    <w:p w:rsidR="001442BB" w:rsidRPr="00FA4574" w:rsidRDefault="001442BB" w:rsidP="00FA4574">
      <w:pPr>
        <w:spacing w:after="0"/>
        <w:rPr>
          <w:rFonts w:asciiTheme="majorHAnsi" w:hAnsiTheme="majorHAnsi" w:cstheme="majorHAnsi"/>
        </w:rPr>
      </w:pP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b/>
          <w:sz w:val="24"/>
        </w:rPr>
        <w:t>Dear Jane Smith,</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rPr>
        <w:t>I, John Doe, hereby authorize you to act on my behalf in collecting my official documents from the Springfield County Office. This authorization grants you the right to collect, sign, and receive any relevant paperwork or items pertaining to my personal identification and residency documents.</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rPr>
        <w:t>This authorization is valid from July 10, 2025, until July 17, 2025. Please present a valid photo ID upon collection.</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rPr>
        <w:t>Should you require any further information or verification, feel free to contact me at the phone number or email listed above.</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rPr>
        <w:t>Thank you for your assistance.</w:t>
      </w:r>
    </w:p>
    <w:p w:rsidR="001442BB" w:rsidRPr="00FA4574" w:rsidRDefault="001442BB" w:rsidP="00FA4574">
      <w:pPr>
        <w:spacing w:after="0"/>
        <w:rPr>
          <w:rFonts w:asciiTheme="majorHAnsi" w:hAnsiTheme="majorHAnsi" w:cstheme="majorHAnsi"/>
        </w:rPr>
      </w:pP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Sincerely,</w:t>
      </w:r>
    </w:p>
    <w:p w:rsidR="001442BB" w:rsidRPr="00FA4574" w:rsidRDefault="004D3C75" w:rsidP="00FA4574">
      <w:pPr>
        <w:spacing w:after="0"/>
        <w:rPr>
          <w:rFonts w:asciiTheme="majorHAnsi" w:hAnsiTheme="majorHAnsi" w:cstheme="majorHAnsi"/>
        </w:rPr>
      </w:pPr>
      <w:r w:rsidRPr="00FA4574">
        <w:rPr>
          <w:rFonts w:asciiTheme="majorHAnsi" w:hAnsiTheme="majorHAnsi" w:cstheme="majorHAnsi"/>
          <w:sz w:val="24"/>
        </w:rPr>
        <w:t>John Doe</w:t>
      </w:r>
    </w:p>
    <w:p w:rsidR="00A5705C" w:rsidRPr="00FA4574" w:rsidRDefault="004D3C75" w:rsidP="00FA4574">
      <w:pPr>
        <w:spacing w:after="0"/>
        <w:rPr>
          <w:rFonts w:asciiTheme="majorHAnsi" w:hAnsiTheme="majorHAnsi" w:cstheme="majorHAnsi"/>
          <w:sz w:val="24"/>
        </w:rPr>
      </w:pPr>
      <w:r w:rsidRPr="00FA4574">
        <w:rPr>
          <w:rFonts w:asciiTheme="majorHAnsi" w:hAnsiTheme="majorHAnsi" w:cstheme="majorHAnsi"/>
          <w:sz w:val="24"/>
        </w:rPr>
        <w:t>Signature: ______________________</w:t>
      </w:r>
    </w:p>
    <w:p w:rsidR="00FA4574" w:rsidRPr="00FA4574" w:rsidRDefault="00A5705C" w:rsidP="00FA4574">
      <w:pPr>
        <w:pStyle w:val="Heading1"/>
        <w:spacing w:before="0"/>
        <w:jc w:val="center"/>
        <w:rPr>
          <w:rFonts w:cstheme="majorHAnsi"/>
          <w:color w:val="auto"/>
        </w:rPr>
      </w:pPr>
      <w:r w:rsidRPr="00FA4574">
        <w:rPr>
          <w:rFonts w:cstheme="majorHAnsi"/>
          <w:color w:val="auto"/>
          <w:sz w:val="24"/>
        </w:rPr>
        <w:br w:type="page"/>
      </w:r>
      <w:r w:rsidR="00FA4574" w:rsidRPr="00FA4574">
        <w:rPr>
          <w:rStyle w:val="Strong"/>
          <w:rFonts w:cstheme="majorHAnsi"/>
          <w:b/>
          <w:bCs/>
          <w:color w:val="auto"/>
        </w:rPr>
        <w:lastRenderedPageBreak/>
        <w:t>AUTHORIZATION LETTER</w:t>
      </w:r>
    </w:p>
    <w:p w:rsidR="00FA4574" w:rsidRPr="00FA4574" w:rsidRDefault="00FA4574" w:rsidP="00FA4574">
      <w:pPr>
        <w:pStyle w:val="NormalWeb"/>
        <w:spacing w:before="0" w:beforeAutospacing="0" w:after="0" w:afterAutospacing="0"/>
        <w:rPr>
          <w:rStyle w:val="Strong"/>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Style w:val="Strong"/>
          <w:rFonts w:asciiTheme="majorHAnsi" w:hAnsiTheme="majorHAnsi" w:cstheme="majorHAnsi"/>
        </w:rPr>
        <w:t>Date:</w:t>
      </w:r>
      <w:r w:rsidRPr="00FA4574">
        <w:rPr>
          <w:rFonts w:asciiTheme="majorHAnsi" w:hAnsiTheme="majorHAnsi" w:cstheme="majorHAnsi"/>
        </w:rPr>
        <w:t xml:space="preserve"> August 18, 2025</w:t>
      </w:r>
    </w:p>
    <w:p w:rsidR="00FA4574" w:rsidRPr="00FA4574" w:rsidRDefault="00FA4574" w:rsidP="00FA4574">
      <w:pPr>
        <w:pStyle w:val="NormalWeb"/>
        <w:spacing w:before="0" w:beforeAutospacing="0" w:after="0" w:afterAutospacing="0"/>
        <w:rPr>
          <w:rStyle w:val="Strong"/>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Style w:val="Strong"/>
          <w:rFonts w:asciiTheme="majorHAnsi" w:hAnsiTheme="majorHAnsi" w:cstheme="majorHAnsi"/>
        </w:rPr>
        <w:t>To Whom It May Concern,</w:t>
      </w:r>
    </w:p>
    <w:p w:rsidR="00FA4574" w:rsidRP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I, </w:t>
      </w:r>
      <w:r w:rsidRPr="00FA4574">
        <w:rPr>
          <w:rStyle w:val="Strong"/>
          <w:rFonts w:asciiTheme="majorHAnsi" w:hAnsiTheme="majorHAnsi" w:cstheme="majorHAnsi"/>
        </w:rPr>
        <w:t>Daniel Robert Whitman</w:t>
      </w:r>
      <w:r w:rsidRPr="00FA4574">
        <w:rPr>
          <w:rFonts w:asciiTheme="majorHAnsi" w:hAnsiTheme="majorHAnsi" w:cstheme="majorHAnsi"/>
        </w:rPr>
        <w:t xml:space="preserve">, holder of </w:t>
      </w:r>
      <w:r w:rsidRPr="00FA4574">
        <w:rPr>
          <w:rStyle w:val="Strong"/>
          <w:rFonts w:asciiTheme="majorHAnsi" w:hAnsiTheme="majorHAnsi" w:cstheme="majorHAnsi"/>
        </w:rPr>
        <w:t>Passport No. XU4589231</w:t>
      </w:r>
      <w:r w:rsidRPr="00FA4574">
        <w:rPr>
          <w:rFonts w:asciiTheme="majorHAnsi" w:hAnsiTheme="majorHAnsi" w:cstheme="majorHAnsi"/>
        </w:rPr>
        <w:t xml:space="preserve">, currently residing at </w:t>
      </w:r>
      <w:r w:rsidRPr="00FA4574">
        <w:rPr>
          <w:rStyle w:val="Strong"/>
          <w:rFonts w:asciiTheme="majorHAnsi" w:hAnsiTheme="majorHAnsi" w:cstheme="majorHAnsi"/>
        </w:rPr>
        <w:t>742 Evergreen Terrace, Portland, Oregon 97205, USA</w:t>
      </w:r>
      <w:r w:rsidRPr="00FA4574">
        <w:rPr>
          <w:rFonts w:asciiTheme="majorHAnsi" w:hAnsiTheme="majorHAnsi" w:cstheme="majorHAnsi"/>
        </w:rPr>
        <w:t xml:space="preserve">, hereby authorize </w:t>
      </w:r>
      <w:r w:rsidRPr="00FA4574">
        <w:rPr>
          <w:rStyle w:val="Strong"/>
          <w:rFonts w:asciiTheme="majorHAnsi" w:hAnsiTheme="majorHAnsi" w:cstheme="majorHAnsi"/>
        </w:rPr>
        <w:t>Ms. Olivia Marie Collins</w:t>
      </w:r>
      <w:r w:rsidRPr="00FA4574">
        <w:rPr>
          <w:rFonts w:asciiTheme="majorHAnsi" w:hAnsiTheme="majorHAnsi" w:cstheme="majorHAnsi"/>
        </w:rPr>
        <w:t xml:space="preserve">, holder of </w:t>
      </w:r>
      <w:r w:rsidRPr="00FA4574">
        <w:rPr>
          <w:rStyle w:val="Strong"/>
          <w:rFonts w:asciiTheme="majorHAnsi" w:hAnsiTheme="majorHAnsi" w:cstheme="majorHAnsi"/>
        </w:rPr>
        <w:t>Driver’s License No. OR-C883214</w:t>
      </w:r>
      <w:r w:rsidRPr="00FA4574">
        <w:rPr>
          <w:rFonts w:asciiTheme="majorHAnsi" w:hAnsiTheme="majorHAnsi" w:cstheme="majorHAnsi"/>
        </w:rPr>
        <w:t>, to act on my behalf for the purpose described below.</w:t>
      </w:r>
    </w:p>
    <w:p w:rsidR="00FA4574" w:rsidRPr="00FA4574" w:rsidRDefault="00FA4574" w:rsidP="00FA4574">
      <w:pPr>
        <w:pStyle w:val="Heading3"/>
        <w:spacing w:before="0"/>
        <w:rPr>
          <w:rStyle w:val="Strong"/>
          <w:rFonts w:cstheme="majorHAnsi"/>
          <w:b/>
          <w:bCs/>
          <w:color w:val="auto"/>
        </w:rPr>
      </w:pPr>
    </w:p>
    <w:p w:rsidR="00FA4574" w:rsidRPr="00FA4574" w:rsidRDefault="00FA4574" w:rsidP="00FA4574">
      <w:pPr>
        <w:pStyle w:val="Heading3"/>
        <w:spacing w:before="0"/>
        <w:rPr>
          <w:rFonts w:cstheme="majorHAnsi"/>
          <w:color w:val="auto"/>
        </w:rPr>
      </w:pPr>
      <w:r w:rsidRPr="00FA4574">
        <w:rPr>
          <w:rStyle w:val="Strong"/>
          <w:rFonts w:cstheme="majorHAnsi"/>
          <w:b/>
          <w:bCs/>
          <w:color w:val="auto"/>
        </w:rPr>
        <w:t>Authorized Purpose</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I grant authorization to </w:t>
      </w:r>
      <w:r w:rsidRPr="00FA4574">
        <w:rPr>
          <w:rStyle w:val="Strong"/>
          <w:rFonts w:asciiTheme="majorHAnsi" w:hAnsiTheme="majorHAnsi" w:cstheme="majorHAnsi"/>
        </w:rPr>
        <w:t>Ms. Olivia Marie Collins</w:t>
      </w:r>
      <w:r w:rsidRPr="00FA4574">
        <w:rPr>
          <w:rFonts w:asciiTheme="majorHAnsi" w:hAnsiTheme="majorHAnsi" w:cstheme="majorHAnsi"/>
        </w:rPr>
        <w:t xml:space="preserve"> to </w:t>
      </w:r>
      <w:r w:rsidRPr="00FA4574">
        <w:rPr>
          <w:rStyle w:val="Strong"/>
          <w:rFonts w:asciiTheme="majorHAnsi" w:hAnsiTheme="majorHAnsi" w:cstheme="majorHAnsi"/>
        </w:rPr>
        <w:t>collect official documents, submit required forms, and communicate with representatives</w:t>
      </w:r>
      <w:r w:rsidRPr="00FA4574">
        <w:rPr>
          <w:rFonts w:asciiTheme="majorHAnsi" w:hAnsiTheme="majorHAnsi" w:cstheme="majorHAnsi"/>
        </w:rPr>
        <w:t xml:space="preserve"> of </w:t>
      </w:r>
      <w:r w:rsidRPr="00FA4574">
        <w:rPr>
          <w:rStyle w:val="Strong"/>
          <w:rFonts w:asciiTheme="majorHAnsi" w:hAnsiTheme="majorHAnsi" w:cstheme="majorHAnsi"/>
        </w:rPr>
        <w:t>Northwest Regional Bank</w:t>
      </w:r>
      <w:r w:rsidRPr="00FA4574">
        <w:rPr>
          <w:rFonts w:asciiTheme="majorHAnsi" w:hAnsiTheme="majorHAnsi" w:cstheme="majorHAnsi"/>
        </w:rPr>
        <w:t xml:space="preserve"> regarding my personal savings and checking accounts.</w:t>
      </w:r>
    </w:p>
    <w:p w:rsidR="00FA4574" w:rsidRDefault="00FA4574" w:rsidP="00FA4574">
      <w:pPr>
        <w:pStyle w:val="Heading3"/>
        <w:spacing w:before="0"/>
        <w:rPr>
          <w:rStyle w:val="Strong"/>
          <w:rFonts w:cstheme="majorHAnsi"/>
          <w:b/>
          <w:bCs/>
          <w:color w:val="auto"/>
        </w:rPr>
      </w:pPr>
    </w:p>
    <w:p w:rsidR="00FA4574" w:rsidRPr="00FA4574" w:rsidRDefault="00FA4574" w:rsidP="00FA4574">
      <w:pPr>
        <w:pStyle w:val="Heading3"/>
        <w:spacing w:before="0"/>
        <w:rPr>
          <w:rFonts w:cstheme="majorHAnsi"/>
          <w:color w:val="auto"/>
        </w:rPr>
      </w:pPr>
      <w:r w:rsidRPr="00FA4574">
        <w:rPr>
          <w:rStyle w:val="Strong"/>
          <w:rFonts w:cstheme="majorHAnsi"/>
          <w:b/>
          <w:bCs/>
          <w:color w:val="auto"/>
        </w:rPr>
        <w:t>Scope of Authority</w:t>
      </w:r>
    </w:p>
    <w:p w:rsid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This authorization includes the right to:</w:t>
      </w:r>
    </w:p>
    <w:p w:rsidR="00FA4574" w:rsidRPr="00FA4574" w:rsidRDefault="00FA4574" w:rsidP="00FA4574">
      <w:pPr>
        <w:pStyle w:val="NormalWeb"/>
        <w:numPr>
          <w:ilvl w:val="0"/>
          <w:numId w:val="10"/>
        </w:numPr>
        <w:spacing w:before="0" w:beforeAutospacing="0" w:after="0" w:afterAutospacing="0"/>
        <w:rPr>
          <w:rFonts w:asciiTheme="majorHAnsi" w:hAnsiTheme="majorHAnsi" w:cstheme="majorHAnsi"/>
        </w:rPr>
      </w:pPr>
      <w:r w:rsidRPr="00FA4574">
        <w:rPr>
          <w:rFonts w:asciiTheme="majorHAnsi" w:hAnsiTheme="majorHAnsi" w:cstheme="majorHAnsi"/>
        </w:rPr>
        <w:t>Collect bank statements and official correspondence</w:t>
      </w:r>
    </w:p>
    <w:p w:rsidR="00FA4574" w:rsidRPr="00FA4574" w:rsidRDefault="00FA4574" w:rsidP="00FA4574">
      <w:pPr>
        <w:pStyle w:val="NormalWeb"/>
        <w:numPr>
          <w:ilvl w:val="0"/>
          <w:numId w:val="10"/>
        </w:numPr>
        <w:spacing w:before="0" w:beforeAutospacing="0" w:after="0" w:afterAutospacing="0"/>
        <w:rPr>
          <w:rFonts w:asciiTheme="majorHAnsi" w:hAnsiTheme="majorHAnsi" w:cstheme="majorHAnsi"/>
        </w:rPr>
      </w:pPr>
      <w:r w:rsidRPr="00FA4574">
        <w:rPr>
          <w:rFonts w:asciiTheme="majorHAnsi" w:hAnsiTheme="majorHAnsi" w:cstheme="majorHAnsi"/>
        </w:rPr>
        <w:t>Submit and sign routine administrative forms related to the accounts</w:t>
      </w:r>
    </w:p>
    <w:p w:rsidR="00FA4574" w:rsidRPr="00FA4574" w:rsidRDefault="00FA4574" w:rsidP="00FA4574">
      <w:pPr>
        <w:pStyle w:val="NormalWeb"/>
        <w:numPr>
          <w:ilvl w:val="0"/>
          <w:numId w:val="10"/>
        </w:numPr>
        <w:spacing w:before="0" w:beforeAutospacing="0" w:after="0" w:afterAutospacing="0"/>
        <w:rPr>
          <w:rFonts w:asciiTheme="majorHAnsi" w:hAnsiTheme="majorHAnsi" w:cstheme="majorHAnsi"/>
        </w:rPr>
      </w:pPr>
      <w:r w:rsidRPr="00FA4574">
        <w:rPr>
          <w:rFonts w:asciiTheme="majorHAnsi" w:hAnsiTheme="majorHAnsi" w:cstheme="majorHAnsi"/>
        </w:rPr>
        <w:t>Receive information necessary to complete the authorized tasks</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This authorization does </w:t>
      </w:r>
      <w:r w:rsidRPr="00FA4574">
        <w:rPr>
          <w:rStyle w:val="Strong"/>
          <w:rFonts w:asciiTheme="majorHAnsi" w:hAnsiTheme="majorHAnsi" w:cstheme="majorHAnsi"/>
        </w:rPr>
        <w:t>not</w:t>
      </w:r>
      <w:r w:rsidRPr="00FA4574">
        <w:rPr>
          <w:rFonts w:asciiTheme="majorHAnsi" w:hAnsiTheme="majorHAnsi" w:cstheme="majorHAnsi"/>
        </w:rPr>
        <w:t xml:space="preserve"> grant permission to withdraw funds, close accounts, or make financial decisions beyond the scope stated above.</w:t>
      </w:r>
    </w:p>
    <w:p w:rsidR="00FA4574" w:rsidRDefault="00FA4574" w:rsidP="00FA4574">
      <w:pPr>
        <w:pStyle w:val="Heading3"/>
        <w:spacing w:before="0"/>
        <w:rPr>
          <w:rStyle w:val="Strong"/>
          <w:rFonts w:cstheme="majorHAnsi"/>
          <w:b/>
          <w:bCs/>
          <w:color w:val="auto"/>
        </w:rPr>
      </w:pPr>
    </w:p>
    <w:p w:rsidR="00FA4574" w:rsidRPr="00FA4574" w:rsidRDefault="00FA4574" w:rsidP="00FA4574">
      <w:pPr>
        <w:pStyle w:val="Heading3"/>
        <w:spacing w:before="0"/>
        <w:rPr>
          <w:rFonts w:cstheme="majorHAnsi"/>
          <w:color w:val="auto"/>
        </w:rPr>
      </w:pPr>
      <w:r w:rsidRPr="00FA4574">
        <w:rPr>
          <w:rStyle w:val="Strong"/>
          <w:rFonts w:cstheme="majorHAnsi"/>
          <w:b/>
          <w:bCs/>
          <w:color w:val="auto"/>
        </w:rPr>
        <w:t>Validity Period</w:t>
      </w:r>
    </w:p>
    <w:p w:rsid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This authorization shall be valid from </w:t>
      </w:r>
      <w:r w:rsidRPr="00FA4574">
        <w:rPr>
          <w:rStyle w:val="Strong"/>
          <w:rFonts w:asciiTheme="majorHAnsi" w:hAnsiTheme="majorHAnsi" w:cstheme="majorHAnsi"/>
        </w:rPr>
        <w:t>August 20, 2025, to September 30, 2025</w:t>
      </w:r>
      <w:r w:rsidRPr="00FA4574">
        <w:rPr>
          <w:rFonts w:asciiTheme="majorHAnsi" w:hAnsiTheme="majorHAnsi" w:cstheme="majorHAnsi"/>
        </w:rPr>
        <w:t>, unless revoked earlier by written notice.</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I confirm that any actions taken by </w:t>
      </w:r>
      <w:r w:rsidRPr="00FA4574">
        <w:rPr>
          <w:rStyle w:val="Strong"/>
          <w:rFonts w:asciiTheme="majorHAnsi" w:hAnsiTheme="majorHAnsi" w:cstheme="majorHAnsi"/>
        </w:rPr>
        <w:t>Ms. Olivia Marie Collins</w:t>
      </w:r>
      <w:r w:rsidRPr="00FA4574">
        <w:rPr>
          <w:rFonts w:asciiTheme="majorHAnsi" w:hAnsiTheme="majorHAnsi" w:cstheme="majorHAnsi"/>
        </w:rPr>
        <w:t xml:space="preserve"> within the scope of this authorization shall be deemed as actions taken by me personally, and I accept full responsibility for those actions.</w:t>
      </w:r>
    </w:p>
    <w:p w:rsid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Should you require further verification, I may be contacted at </w:t>
      </w:r>
      <w:r w:rsidRPr="00FA4574">
        <w:rPr>
          <w:rStyle w:val="Strong"/>
          <w:rFonts w:asciiTheme="majorHAnsi" w:hAnsiTheme="majorHAnsi" w:cstheme="majorHAnsi"/>
        </w:rPr>
        <w:t>(503) 555-7612</w:t>
      </w:r>
      <w:r w:rsidRPr="00FA4574">
        <w:rPr>
          <w:rFonts w:asciiTheme="majorHAnsi" w:hAnsiTheme="majorHAnsi" w:cstheme="majorHAnsi"/>
        </w:rPr>
        <w:t xml:space="preserve"> or </w:t>
      </w:r>
      <w:r w:rsidRPr="00FA4574">
        <w:rPr>
          <w:rStyle w:val="Strong"/>
          <w:rFonts w:asciiTheme="majorHAnsi" w:hAnsiTheme="majorHAnsi" w:cstheme="majorHAnsi"/>
        </w:rPr>
        <w:t>daniel.whitman@email.com</w:t>
      </w:r>
      <w:r w:rsidRPr="00FA4574">
        <w:rPr>
          <w:rFonts w:asciiTheme="majorHAnsi" w:hAnsiTheme="majorHAnsi" w:cstheme="majorHAnsi"/>
        </w:rPr>
        <w:t>.</w:t>
      </w:r>
    </w:p>
    <w:p w:rsid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Thank you for your cooperation.</w:t>
      </w:r>
    </w:p>
    <w:p w:rsidR="00FA4574" w:rsidRDefault="00FA4574" w:rsidP="00FA4574">
      <w:pPr>
        <w:pStyle w:val="NormalWeb"/>
        <w:spacing w:before="0" w:beforeAutospacing="0" w:after="0" w:afterAutospacing="0"/>
        <w:rPr>
          <w:rFonts w:asciiTheme="majorHAnsi" w:hAnsiTheme="majorHAnsi" w:cstheme="majorHAnsi"/>
        </w:rPr>
      </w:pP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Sincerely,</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Style w:val="Strong"/>
          <w:rFonts w:asciiTheme="majorHAnsi" w:hAnsiTheme="majorHAnsi" w:cstheme="majorHAnsi"/>
        </w:rPr>
        <w:t>Daniel Robert Whitman</w:t>
      </w:r>
      <w:r w:rsidRPr="00FA4574">
        <w:rPr>
          <w:rFonts w:asciiTheme="majorHAnsi" w:hAnsiTheme="majorHAnsi" w:cstheme="majorHAnsi"/>
        </w:rPr>
        <w:br/>
        <w:t>Signature: ___________________________</w:t>
      </w:r>
      <w:r w:rsidRPr="00FA4574">
        <w:rPr>
          <w:rFonts w:asciiTheme="majorHAnsi" w:hAnsiTheme="majorHAnsi" w:cstheme="majorHAnsi"/>
        </w:rPr>
        <w:br/>
        <w:t>Date: _______________________________</w:t>
      </w:r>
    </w:p>
    <w:p w:rsidR="00FA4574" w:rsidRPr="00FA4574" w:rsidRDefault="00FA4574" w:rsidP="00FA4574">
      <w:pPr>
        <w:spacing w:after="0"/>
        <w:rPr>
          <w:rFonts w:asciiTheme="majorHAnsi" w:hAnsiTheme="majorHAnsi" w:cstheme="majorHAnsi"/>
        </w:rPr>
      </w:pPr>
    </w:p>
    <w:p w:rsidR="00FA4574" w:rsidRPr="00FA4574" w:rsidRDefault="00FA4574" w:rsidP="00FA4574">
      <w:pPr>
        <w:pStyle w:val="Heading3"/>
        <w:spacing w:before="0"/>
        <w:rPr>
          <w:rFonts w:cstheme="majorHAnsi"/>
          <w:color w:val="auto"/>
        </w:rPr>
      </w:pPr>
      <w:r w:rsidRPr="00FA4574">
        <w:rPr>
          <w:rStyle w:val="Strong"/>
          <w:rFonts w:cstheme="majorHAnsi"/>
          <w:b/>
          <w:bCs/>
          <w:color w:val="auto"/>
        </w:rPr>
        <w:t>Authorized Person Acknowledgment</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 xml:space="preserve">I, </w:t>
      </w:r>
      <w:r w:rsidRPr="00FA4574">
        <w:rPr>
          <w:rStyle w:val="Strong"/>
          <w:rFonts w:asciiTheme="majorHAnsi" w:hAnsiTheme="majorHAnsi" w:cstheme="majorHAnsi"/>
        </w:rPr>
        <w:t>Olivia Marie Collins</w:t>
      </w:r>
      <w:r w:rsidRPr="00FA4574">
        <w:rPr>
          <w:rFonts w:asciiTheme="majorHAnsi" w:hAnsiTheme="majorHAnsi" w:cstheme="majorHAnsi"/>
        </w:rPr>
        <w:t>, accept the above authorization and agree to act strictly within the limits stated.</w:t>
      </w:r>
    </w:p>
    <w:p w:rsidR="00FA4574" w:rsidRPr="00FA4574" w:rsidRDefault="00FA4574" w:rsidP="00FA4574">
      <w:pPr>
        <w:pStyle w:val="NormalWeb"/>
        <w:spacing w:before="0" w:beforeAutospacing="0" w:after="0" w:afterAutospacing="0"/>
        <w:rPr>
          <w:rFonts w:asciiTheme="majorHAnsi" w:hAnsiTheme="majorHAnsi" w:cstheme="majorHAnsi"/>
        </w:rPr>
      </w:pPr>
      <w:r w:rsidRPr="00FA4574">
        <w:rPr>
          <w:rFonts w:asciiTheme="majorHAnsi" w:hAnsiTheme="majorHAnsi" w:cstheme="majorHAnsi"/>
        </w:rPr>
        <w:t>Signature: ___________________________</w:t>
      </w:r>
      <w:r w:rsidRPr="00FA4574">
        <w:rPr>
          <w:rFonts w:asciiTheme="majorHAnsi" w:hAnsiTheme="majorHAnsi" w:cstheme="majorHAnsi"/>
        </w:rPr>
        <w:br/>
        <w:t>Date: _______________________________</w:t>
      </w:r>
    </w:p>
    <w:p w:rsidR="001442BB" w:rsidRPr="00FA4574" w:rsidRDefault="001442BB" w:rsidP="00FA4574">
      <w:pPr>
        <w:spacing w:after="0"/>
        <w:rPr>
          <w:rFonts w:asciiTheme="majorHAnsi" w:hAnsiTheme="majorHAnsi" w:cstheme="majorHAnsi"/>
          <w:sz w:val="24"/>
        </w:rPr>
      </w:pPr>
    </w:p>
    <w:p w:rsidR="00933A9D" w:rsidRDefault="00933A9D">
      <w:pPr>
        <w:rPr>
          <w:rFonts w:asciiTheme="majorHAnsi" w:hAnsiTheme="majorHAnsi" w:cstheme="majorHAnsi"/>
          <w:sz w:val="24"/>
        </w:rPr>
      </w:pPr>
      <w:r>
        <w:rPr>
          <w:rFonts w:asciiTheme="majorHAnsi" w:hAnsiTheme="majorHAnsi" w:cstheme="majorHAnsi"/>
          <w:sz w:val="24"/>
        </w:rPr>
        <w:br w:type="page"/>
      </w:r>
    </w:p>
    <w:p w:rsidR="000D52B4" w:rsidRPr="000D52B4" w:rsidRDefault="000D52B4" w:rsidP="000D52B4">
      <w:pPr>
        <w:pStyle w:val="Heading2"/>
        <w:jc w:val="center"/>
        <w:rPr>
          <w:rFonts w:cstheme="majorHAnsi"/>
        </w:rPr>
      </w:pPr>
      <w:r w:rsidRPr="000D52B4">
        <w:rPr>
          <w:rFonts w:cstheme="majorHAnsi"/>
        </w:rPr>
        <w:t>LETTER OF AUTHORIZATION</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b/>
          <w:bCs/>
        </w:rPr>
        <w:t>Date:</w:t>
      </w:r>
      <w:r w:rsidRPr="000D52B4">
        <w:rPr>
          <w:rFonts w:asciiTheme="majorHAnsi" w:hAnsiTheme="majorHAnsi" w:cstheme="majorHAnsi"/>
        </w:rPr>
        <w:t xml:space="preserve"> February 1, 2026</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b/>
          <w:bCs/>
        </w:rPr>
        <w:t>To:</w:t>
      </w:r>
      <w:r w:rsidRPr="000D52B4">
        <w:rPr>
          <w:rFonts w:asciiTheme="majorHAnsi" w:hAnsiTheme="majorHAnsi" w:cstheme="majorHAnsi"/>
        </w:rPr>
        <w:t xml:space="preserve"> [Name of Recipient/Organization, e.g., National Bank of [City]] [Department, if applicable] [Address] [City, State, Zip Code]</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b/>
          <w:bCs/>
        </w:rPr>
        <w:t>RE: Authorization for [Name of Proxy] to Act on My Behalf</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To Whom It May Concern,</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 xml:space="preserve">I, </w:t>
      </w:r>
      <w:r w:rsidRPr="000D52B4">
        <w:rPr>
          <w:rFonts w:asciiTheme="majorHAnsi" w:hAnsiTheme="majorHAnsi" w:cstheme="majorHAnsi"/>
          <w:b/>
          <w:bCs/>
        </w:rPr>
        <w:t>[Your Full Legal Name]</w:t>
      </w:r>
      <w:r w:rsidRPr="000D52B4">
        <w:rPr>
          <w:rFonts w:asciiTheme="majorHAnsi" w:hAnsiTheme="majorHAnsi" w:cstheme="majorHAnsi"/>
        </w:rPr>
        <w:t xml:space="preserve">, currently residing at [Your Address], hereby authorize </w:t>
      </w:r>
      <w:r w:rsidRPr="000D52B4">
        <w:rPr>
          <w:rFonts w:asciiTheme="majorHAnsi" w:hAnsiTheme="majorHAnsi" w:cstheme="majorHAnsi"/>
          <w:b/>
          <w:bCs/>
        </w:rPr>
        <w:t>[Proxy’s Full Legal Name]</w:t>
      </w:r>
      <w:r w:rsidRPr="000D52B4">
        <w:rPr>
          <w:rFonts w:asciiTheme="majorHAnsi" w:hAnsiTheme="majorHAnsi" w:cstheme="majorHAnsi"/>
        </w:rPr>
        <w:t>, holder of [Type of ID, e.g., Driver’s License/Passport] number [ID Number], to act as my authorized representative regarding [Specific Matter, e.g., the closing of Account #123456 or the collection of my academic transcripts].</w:t>
      </w:r>
    </w:p>
    <w:p w:rsidR="000D52B4" w:rsidRPr="000D52B4" w:rsidRDefault="000D52B4" w:rsidP="000D52B4">
      <w:pPr>
        <w:pStyle w:val="Heading3"/>
        <w:rPr>
          <w:rFonts w:cstheme="majorHAnsi"/>
        </w:rPr>
      </w:pPr>
      <w:r w:rsidRPr="000D52B4">
        <w:rPr>
          <w:rFonts w:cstheme="majorHAnsi"/>
        </w:rPr>
        <w:t>1. Scope of Authority</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My representative is granted the authority to perform the following actions:</w:t>
      </w:r>
    </w:p>
    <w:p w:rsidR="000D52B4" w:rsidRPr="000D52B4" w:rsidRDefault="000D52B4" w:rsidP="000D52B4">
      <w:pPr>
        <w:pStyle w:val="NormalWeb"/>
        <w:numPr>
          <w:ilvl w:val="0"/>
          <w:numId w:val="11"/>
        </w:numPr>
        <w:rPr>
          <w:rFonts w:asciiTheme="majorHAnsi" w:hAnsiTheme="majorHAnsi" w:cstheme="majorHAnsi"/>
        </w:rPr>
      </w:pPr>
      <w:r w:rsidRPr="000D52B4">
        <w:rPr>
          <w:rFonts w:asciiTheme="majorHAnsi" w:hAnsiTheme="majorHAnsi" w:cstheme="majorHAnsi"/>
        </w:rPr>
        <w:t>[Specific Action 1, e.g., Sign all necessary documents related to the sale of the vehicle.]</w:t>
      </w:r>
    </w:p>
    <w:p w:rsidR="000D52B4" w:rsidRPr="000D52B4" w:rsidRDefault="000D52B4" w:rsidP="000D52B4">
      <w:pPr>
        <w:pStyle w:val="NormalWeb"/>
        <w:numPr>
          <w:ilvl w:val="0"/>
          <w:numId w:val="11"/>
        </w:numPr>
        <w:rPr>
          <w:rFonts w:asciiTheme="majorHAnsi" w:hAnsiTheme="majorHAnsi" w:cstheme="majorHAnsi"/>
        </w:rPr>
      </w:pPr>
      <w:r w:rsidRPr="000D52B4">
        <w:rPr>
          <w:rFonts w:asciiTheme="majorHAnsi" w:hAnsiTheme="majorHAnsi" w:cstheme="majorHAnsi"/>
        </w:rPr>
        <w:t>[Specific Action 2, e.g., Make inquiries and receive sensitive financial statements.]</w:t>
      </w:r>
    </w:p>
    <w:p w:rsidR="000D52B4" w:rsidRPr="000D52B4" w:rsidRDefault="000D52B4" w:rsidP="000D52B4">
      <w:pPr>
        <w:pStyle w:val="NormalWeb"/>
        <w:numPr>
          <w:ilvl w:val="0"/>
          <w:numId w:val="11"/>
        </w:numPr>
        <w:rPr>
          <w:rFonts w:asciiTheme="majorHAnsi" w:hAnsiTheme="majorHAnsi" w:cstheme="majorHAnsi"/>
        </w:rPr>
      </w:pPr>
      <w:r w:rsidRPr="000D52B4">
        <w:rPr>
          <w:rFonts w:asciiTheme="majorHAnsi" w:hAnsiTheme="majorHAnsi" w:cstheme="majorHAnsi"/>
        </w:rPr>
        <w:t>[Specific Action 3, e.g., Make payments on my behalf using the enclosed check.]</w:t>
      </w:r>
    </w:p>
    <w:p w:rsidR="000D52B4" w:rsidRPr="000D52B4" w:rsidRDefault="000D52B4" w:rsidP="000D52B4">
      <w:pPr>
        <w:pStyle w:val="Heading3"/>
        <w:rPr>
          <w:rFonts w:cstheme="majorHAnsi"/>
        </w:rPr>
      </w:pPr>
      <w:r w:rsidRPr="000D52B4">
        <w:rPr>
          <w:rFonts w:cstheme="majorHAnsi"/>
        </w:rPr>
        <w:t>2. Duration of Authorization</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 xml:space="preserve">This authorization is effective starting </w:t>
      </w:r>
      <w:r w:rsidRPr="000D52B4">
        <w:rPr>
          <w:rFonts w:asciiTheme="majorHAnsi" w:hAnsiTheme="majorHAnsi" w:cstheme="majorHAnsi"/>
          <w:b/>
          <w:bCs/>
        </w:rPr>
        <w:t>[Start Date]</w:t>
      </w:r>
      <w:r w:rsidRPr="000D52B4">
        <w:rPr>
          <w:rFonts w:asciiTheme="majorHAnsi" w:hAnsiTheme="majorHAnsi" w:cstheme="majorHAnsi"/>
        </w:rPr>
        <w:t xml:space="preserve"> and shall remain valid until </w:t>
      </w:r>
      <w:r w:rsidRPr="000D52B4">
        <w:rPr>
          <w:rFonts w:asciiTheme="majorHAnsi" w:hAnsiTheme="majorHAnsi" w:cstheme="majorHAnsi"/>
          <w:b/>
          <w:bCs/>
        </w:rPr>
        <w:t>[End Date]</w:t>
      </w:r>
      <w:r w:rsidRPr="000D52B4">
        <w:rPr>
          <w:rFonts w:asciiTheme="majorHAnsi" w:hAnsiTheme="majorHAnsi" w:cstheme="majorHAnsi"/>
        </w:rPr>
        <w:t>. If the task is completed before this date, this authorization shall expire immediately upon completion.</w:t>
      </w:r>
    </w:p>
    <w:p w:rsidR="000D52B4" w:rsidRPr="000D52B4" w:rsidRDefault="000D52B4" w:rsidP="000D52B4">
      <w:pPr>
        <w:pStyle w:val="Heading3"/>
        <w:rPr>
          <w:rFonts w:cstheme="majorHAnsi"/>
        </w:rPr>
      </w:pPr>
      <w:r w:rsidRPr="000D52B4">
        <w:rPr>
          <w:rFonts w:cstheme="majorHAnsi"/>
        </w:rPr>
        <w:t>3. Identification and Verification</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For the purpose of verification, I have attached a photocopy of my [Type of ID, e.g., Passport/State ID]. My representative, [Proxy Name], will also present their original identification upon arrival to confirm their identity.</w:t>
      </w:r>
    </w:p>
    <w:p w:rsidR="000D52B4" w:rsidRPr="000D52B4" w:rsidRDefault="000D52B4" w:rsidP="000D52B4">
      <w:pPr>
        <w:pStyle w:val="Heading3"/>
        <w:rPr>
          <w:rFonts w:cstheme="majorHAnsi"/>
        </w:rPr>
      </w:pPr>
      <w:r w:rsidRPr="000D52B4">
        <w:rPr>
          <w:rFonts w:cstheme="majorHAnsi"/>
        </w:rPr>
        <w:t>4. Contact Information</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Should you require further verification or have any questions regarding this authorization, please contact me directly at:</w:t>
      </w:r>
    </w:p>
    <w:p w:rsidR="000D52B4" w:rsidRPr="000D52B4" w:rsidRDefault="000D52B4" w:rsidP="000D52B4">
      <w:pPr>
        <w:pStyle w:val="NormalWeb"/>
        <w:numPr>
          <w:ilvl w:val="0"/>
          <w:numId w:val="12"/>
        </w:numPr>
        <w:rPr>
          <w:rFonts w:asciiTheme="majorHAnsi" w:hAnsiTheme="majorHAnsi" w:cstheme="majorHAnsi"/>
        </w:rPr>
      </w:pPr>
      <w:r w:rsidRPr="000D52B4">
        <w:rPr>
          <w:rFonts w:asciiTheme="majorHAnsi" w:hAnsiTheme="majorHAnsi" w:cstheme="majorHAnsi"/>
          <w:b/>
          <w:bCs/>
        </w:rPr>
        <w:t>Phone:</w:t>
      </w:r>
      <w:r w:rsidRPr="000D52B4">
        <w:rPr>
          <w:rFonts w:asciiTheme="majorHAnsi" w:hAnsiTheme="majorHAnsi" w:cstheme="majorHAnsi"/>
        </w:rPr>
        <w:t xml:space="preserve"> [Your Phone Number]</w:t>
      </w:r>
    </w:p>
    <w:p w:rsidR="000D52B4" w:rsidRPr="000D52B4" w:rsidRDefault="000D52B4" w:rsidP="000D52B4">
      <w:pPr>
        <w:pStyle w:val="NormalWeb"/>
        <w:numPr>
          <w:ilvl w:val="0"/>
          <w:numId w:val="12"/>
        </w:numPr>
        <w:rPr>
          <w:rFonts w:asciiTheme="majorHAnsi" w:hAnsiTheme="majorHAnsi" w:cstheme="majorHAnsi"/>
        </w:rPr>
      </w:pPr>
      <w:r w:rsidRPr="000D52B4">
        <w:rPr>
          <w:rFonts w:asciiTheme="majorHAnsi" w:hAnsiTheme="majorHAnsi" w:cstheme="majorHAnsi"/>
          <w:b/>
          <w:bCs/>
        </w:rPr>
        <w:t>Email:</w:t>
      </w:r>
      <w:r w:rsidRPr="000D52B4">
        <w:rPr>
          <w:rFonts w:asciiTheme="majorHAnsi" w:hAnsiTheme="majorHAnsi" w:cstheme="majorHAnsi"/>
        </w:rPr>
        <w:t xml:space="preserve"> [Your Email Address]</w:t>
      </w:r>
    </w:p>
    <w:p w:rsidR="000D52B4" w:rsidRPr="000D52B4" w:rsidRDefault="000D52B4" w:rsidP="000D52B4">
      <w:pPr>
        <w:pStyle w:val="NormalWeb"/>
        <w:rPr>
          <w:rFonts w:asciiTheme="majorHAnsi" w:hAnsiTheme="majorHAnsi" w:cstheme="majorHAnsi"/>
        </w:rPr>
      </w:pPr>
      <w:r w:rsidRPr="000D52B4">
        <w:rPr>
          <w:rFonts w:asciiTheme="majorHAnsi" w:hAnsiTheme="majorHAnsi" w:cstheme="majorHAnsi"/>
        </w:rPr>
        <w:t>Thank you for your cooperation and for providing professional assistance to my representative.</w:t>
      </w:r>
    </w:p>
    <w:p w:rsidR="000D52B4" w:rsidRPr="000D52B4" w:rsidRDefault="000D52B4" w:rsidP="00085245">
      <w:pPr>
        <w:pStyle w:val="NormalWeb"/>
        <w:spacing w:before="0" w:beforeAutospacing="0" w:after="0" w:afterAutospacing="0"/>
        <w:rPr>
          <w:rFonts w:asciiTheme="majorHAnsi" w:hAnsiTheme="majorHAnsi" w:cstheme="majorHAnsi"/>
        </w:rPr>
      </w:pPr>
      <w:r w:rsidRPr="000D52B4">
        <w:rPr>
          <w:rFonts w:asciiTheme="majorHAnsi" w:hAnsiTheme="majorHAnsi" w:cstheme="majorHAnsi"/>
        </w:rPr>
        <w:t>Sincerely,</w:t>
      </w:r>
    </w:p>
    <w:p w:rsidR="000D52B4" w:rsidRPr="000D52B4" w:rsidRDefault="000D52B4" w:rsidP="00085245">
      <w:pPr>
        <w:pStyle w:val="NormalWeb"/>
        <w:spacing w:before="0" w:beforeAutospacing="0" w:after="0" w:afterAutospacing="0"/>
        <w:rPr>
          <w:rFonts w:asciiTheme="majorHAnsi" w:hAnsiTheme="majorHAnsi" w:cstheme="majorHAnsi"/>
        </w:rPr>
      </w:pPr>
      <w:r w:rsidRPr="000D52B4">
        <w:rPr>
          <w:rFonts w:asciiTheme="majorHAnsi" w:hAnsiTheme="majorHAnsi" w:cstheme="majorHAnsi"/>
          <w:i/>
          <w:iCs/>
        </w:rPr>
        <w:t>(Signature)</w:t>
      </w:r>
    </w:p>
    <w:p w:rsidR="000D52B4" w:rsidRPr="000D52B4" w:rsidRDefault="000D52B4" w:rsidP="00085245">
      <w:pPr>
        <w:pStyle w:val="NormalWeb"/>
        <w:spacing w:before="0" w:beforeAutospacing="0" w:after="0" w:afterAutospacing="0"/>
        <w:rPr>
          <w:rFonts w:asciiTheme="majorHAnsi" w:hAnsiTheme="majorHAnsi" w:cstheme="majorHAnsi"/>
        </w:rPr>
      </w:pPr>
      <w:r w:rsidRPr="000D52B4">
        <w:rPr>
          <w:rFonts w:asciiTheme="majorHAnsi" w:hAnsiTheme="majorHAnsi" w:cstheme="majorHAnsi"/>
          <w:b/>
          <w:bCs/>
        </w:rPr>
        <w:t>[Your Printed Name]</w:t>
      </w:r>
    </w:p>
    <w:p w:rsidR="00FA4574" w:rsidRPr="00FA4574" w:rsidRDefault="00FA4574" w:rsidP="00085245">
      <w:pPr>
        <w:spacing w:after="0"/>
        <w:rPr>
          <w:rFonts w:asciiTheme="majorHAnsi" w:hAnsiTheme="majorHAnsi" w:cstheme="majorHAnsi"/>
          <w:sz w:val="24"/>
        </w:rPr>
      </w:pPr>
    </w:p>
    <w:sectPr w:rsidR="00FA4574" w:rsidRPr="00FA4574" w:rsidSect="000D52B4">
      <w:pgSz w:w="12240" w:h="15840"/>
      <w:pgMar w:top="720" w:right="720" w:bottom="720" w:left="720" w:header="720"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DA1" w:rsidRDefault="00421DA1" w:rsidP="00B75502">
      <w:pPr>
        <w:spacing w:after="0" w:line="240" w:lineRule="auto"/>
      </w:pPr>
      <w:r>
        <w:separator/>
      </w:r>
    </w:p>
  </w:endnote>
  <w:endnote w:type="continuationSeparator" w:id="1">
    <w:p w:rsidR="00421DA1" w:rsidRDefault="00421DA1" w:rsidP="00B75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DA1" w:rsidRDefault="00421DA1" w:rsidP="00B75502">
      <w:pPr>
        <w:spacing w:after="0" w:line="240" w:lineRule="auto"/>
      </w:pPr>
      <w:r>
        <w:separator/>
      </w:r>
    </w:p>
  </w:footnote>
  <w:footnote w:type="continuationSeparator" w:id="1">
    <w:p w:rsidR="00421DA1" w:rsidRDefault="00421DA1" w:rsidP="00B755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2D956269"/>
    <w:multiLevelType w:val="multilevel"/>
    <w:tmpl w:val="35D8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BF01EC"/>
    <w:multiLevelType w:val="multilevel"/>
    <w:tmpl w:val="F8D8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D467CA"/>
    <w:multiLevelType w:val="multilevel"/>
    <w:tmpl w:val="0E0E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B47730"/>
    <w:rsid w:val="00034616"/>
    <w:rsid w:val="0006063C"/>
    <w:rsid w:val="00085245"/>
    <w:rsid w:val="000D52B4"/>
    <w:rsid w:val="001442BB"/>
    <w:rsid w:val="0015074B"/>
    <w:rsid w:val="00192DB6"/>
    <w:rsid w:val="00201614"/>
    <w:rsid w:val="00265122"/>
    <w:rsid w:val="0029639D"/>
    <w:rsid w:val="00326F90"/>
    <w:rsid w:val="00377F4B"/>
    <w:rsid w:val="003F6F71"/>
    <w:rsid w:val="00421DA1"/>
    <w:rsid w:val="004A0901"/>
    <w:rsid w:val="004D34D0"/>
    <w:rsid w:val="004D37A5"/>
    <w:rsid w:val="004D3C75"/>
    <w:rsid w:val="00933A9D"/>
    <w:rsid w:val="00A5705C"/>
    <w:rsid w:val="00AA1D8D"/>
    <w:rsid w:val="00B47730"/>
    <w:rsid w:val="00B75502"/>
    <w:rsid w:val="00C33716"/>
    <w:rsid w:val="00CB0664"/>
    <w:rsid w:val="00EF32EE"/>
    <w:rsid w:val="00F57D90"/>
    <w:rsid w:val="00FA4574"/>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265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122"/>
    <w:rPr>
      <w:rFonts w:ascii="Tahoma" w:hAnsi="Tahoma" w:cs="Tahoma"/>
      <w:sz w:val="16"/>
      <w:szCs w:val="16"/>
    </w:rPr>
  </w:style>
  <w:style w:type="paragraph" w:styleId="NormalWeb">
    <w:name w:val="Normal (Web)"/>
    <w:basedOn w:val="Normal"/>
    <w:uiPriority w:val="99"/>
    <w:semiHidden/>
    <w:unhideWhenUsed/>
    <w:rsid w:val="00FA457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88566388">
      <w:bodyDiv w:val="1"/>
      <w:marLeft w:val="0"/>
      <w:marRight w:val="0"/>
      <w:marTop w:val="0"/>
      <w:marBottom w:val="0"/>
      <w:divBdr>
        <w:top w:val="none" w:sz="0" w:space="0" w:color="auto"/>
        <w:left w:val="none" w:sz="0" w:space="0" w:color="auto"/>
        <w:bottom w:val="none" w:sz="0" w:space="0" w:color="auto"/>
        <w:right w:val="none" w:sz="0" w:space="0" w:color="auto"/>
      </w:divBdr>
    </w:div>
    <w:div w:id="12122296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Letter Template</dc:title>
  <dc:creator>ZellaTemplate.com</dc:creator>
  <cp:keywords>Authorization Letter Template</cp:keywords>
  <dc:description>generated by python-docx</dc:description>
  <cp:lastModifiedBy>user</cp:lastModifiedBy>
  <cp:revision>15</cp:revision>
  <dcterms:created xsi:type="dcterms:W3CDTF">2025-07-09T03:43:00Z</dcterms:created>
  <dcterms:modified xsi:type="dcterms:W3CDTF">2026-02-01T03:29:00Z</dcterms:modified>
</cp:coreProperties>
</file>